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RESUME DEVELOPMENT</w:t>
      </w:r>
    </w:p>
    <w:p>
      <w:pPr>
        <w:pStyle w:val="ELMPTitle"/>
        <w:spacing w:after="20"/>
        <w:jc w:val="center"/>
      </w:pPr>
      <w:r>
        <w:t>Junior Esquire Resume Worksheet</w:t>
      </w:r>
    </w:p>
    <w:p>
      <w:pPr>
        <w:pStyle w:val="ELMPAge"/>
        <w:spacing w:after="140"/>
        <w:jc w:val="center"/>
      </w:pPr>
      <w:r>
        <w:t>Ages 9-11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helps Junior Esquires talk about their skills, responsibilities, and goals in a clear and confident way. Complete it with mentor guidance and parent support when needed.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ABOUT ME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Write three words that describe you.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thing that makes me special is:</w:t>
            </w:r>
          </w:p>
        </w:tc>
      </w:tr>
      <w:tr>
        <w:trPr>
          <w:trHeight w:val="77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SKILLS - THINGS I AM GOOD AT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Check all that apply and add more if needed.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Reading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Writing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Math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Science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Art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Music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Sports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Technology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r>
              <w:rPr>
                <w:rFonts w:ascii="Arial" w:hAnsi="Arial"/>
                <w:b/>
                <w:sz w:val="18"/>
              </w:rPr>
              <w:t xml:space="preserve">Other: </w:t>
            </w:r>
            <w:r>
              <w:t>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RESPONSIBILITIES - HOW I HELP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ways you show responsibility. Examples: chores, helping classmates, being on time, and following rules.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ACTIVITIES AND INTERESTS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clubs, sports, programs, or activities you participate in.</w:t>
            </w:r>
          </w:p>
        </w:tc>
      </w:tr>
      <w:tr>
        <w:trPr>
          <w:trHeight w:val="112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LEARNING AND GOALS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subject I want to improve in this year is:</w:t>
            </w:r>
          </w:p>
        </w:tc>
      </w:tr>
      <w:tr>
        <w:trPr>
          <w:trHeight w:val="75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new skill I want to learn:</w:t>
            </w:r>
          </w:p>
        </w:tc>
      </w:tr>
      <w:tr>
        <w:trPr>
          <w:trHeight w:val="75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goal I have for this year: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CHARACTER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being a leader mean to you?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show respect at school or at home?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SOMETHING I AM PROUD OF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Write about something you worked hard on or did well.</w:t>
            </w:r>
          </w:p>
        </w:tc>
      </w:tr>
      <w:tr>
        <w:trPr>
          <w:trHeight w:val="129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REVIEW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Skills and strengths observed: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experience to add to a future resume: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Recommended next goal: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Junior Esquire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This worksheet supports early confidence, responsibility, and goal awareness while introducing the building blocks of a resume.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Junior Esquire Resume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Esquire Resume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