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PERSONAL PORTFOLIO</w:t>
      </w:r>
    </w:p>
    <w:p>
      <w:pPr>
        <w:pStyle w:val="ELMPTitle"/>
        <w:spacing w:after="20"/>
        <w:jc w:val="center"/>
      </w:pPr>
      <w:r>
        <w:t>My Growing Portfolio Worksheet</w:t>
      </w:r>
    </w:p>
    <w:p>
      <w:pPr>
        <w:pStyle w:val="ELMPAge"/>
        <w:spacing w:after="140"/>
        <w:jc w:val="center"/>
      </w:pPr>
      <w:r>
        <w:t>Junior Esquires - Ages 9-11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Junior Esquires begin building a personal portfolio. A portfolio is a collection of work, experiences, and reflections that show growth over time. Esquires may complete it independently with mentor guidance as needed.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ABOUT 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Write three words that describe you.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thing that makes me proud of myself: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LEARNING AND SCHOOL GROWTH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Subjects I am learning or improving in: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Reading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Writing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Math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Science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Social Studies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Technology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r>
              <w:rPr>
                <w:rFonts w:ascii="Arial" w:hAnsi="Arial"/>
                <w:b/>
                <w:sz w:val="18"/>
              </w:rPr>
              <w:t xml:space="preserve">Other: </w:t>
            </w:r>
            <w: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school assignment or project I am proud of: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STRENGTHS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skills or talents you have developed. Examples: teamwork, art, sports, leadership, listening, and technology.</w:t>
            </w:r>
          </w:p>
        </w:tc>
      </w:tr>
      <w:tr>
        <w:trPr>
          <w:trHeight w:val="496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96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96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INVOLVEMENT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clubs, sports, programs, service activities, or hobbies you participate in.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RESPONSIBILITY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way I show responsibility at school or home: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time I helped someone or showed leadership: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COMMUNITY AND SERVICE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Describe how you help others or your community.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GOALS AND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goal I want to work on this year: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skill I want to improve or learn: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helps me stay focused and do my best?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PORTFOLIO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feel about your progress so far?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Proud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Happy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Okay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Still learning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your portfolio show about your growth?</w:t>
            </w:r>
          </w:p>
        </w:tc>
      </w:tr>
      <w:tr>
        <w:trPr>
          <w:trHeight w:val="101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NOTES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observed: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Areas to support: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focus areas: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Academic Performance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Attendance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Leadership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Personal Growth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Communication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rHeight w:val="518" w:hRule="atLeast"/>
        </w:trPr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This worksheet supports Junior Esquires as they document learning, skills, leadership, and personal growth.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My Growing Portfolio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Growing Portfolio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