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color w:val="9A7A10"/>
          <w:sz w:val="16"/>
        </w:rPr>
        <w:t>PERSONAL PORTFOLIO</w:t>
      </w:r>
    </w:p>
    <w:p>
      <w:pPr>
        <w:pStyle w:val="ELMPTitle"/>
        <w:spacing w:after="20"/>
        <w:jc w:val="center"/>
      </w:pPr>
      <w:r>
        <w:t>My First Portfolio Worksheet</w:t>
      </w:r>
    </w:p>
    <w:p>
      <w:pPr>
        <w:pStyle w:val="ELMPAge"/>
        <w:spacing w:after="140"/>
        <w:jc w:val="center"/>
      </w:pPr>
      <w:r>
        <w:t>Junior Esquires - Ages 6-8</w:t>
      </w:r>
    </w:p>
    <w:tbl>
      <w:tblPr>
        <w:tblW w:type="auto" w:w="0"/>
        <w:jc w:val="center"/>
        <w:tblLayout w:type="fixed"/>
        <w:tblLook w:firstColumn="1" w:firstRow="1" w:lastColumn="0" w:lastRow="0" w:noHBand="0" w:noVBand="1" w:val="04A0"/>
      </w:tblPr>
      <w:tblGrid>
        <w:gridCol w:w="10339"/>
      </w:tblGrid>
      <w:tr>
        <w:tc>
          <w:tcPr>
            <w:tcW w:type="dxa" w:w="10454"/>
            <w:shd w:fill="F5EFD9"/>
            <w:tcBorders>
              <w:top w:val="single" w:sz="8" w:color="C9A227"/>
              <w:left w:val="single" w:sz="8" w:color="C9A227"/>
              <w:bottom w:val="single" w:sz="8" w:color="C9A227"/>
              <w:right w:val="single" w:sz="8" w:color="C9A227"/>
            </w:tcBorders>
            <w:tcMar>
              <w:top w:w="110" w:type="dxa"/>
              <w:start w:w="130" w:type="dxa"/>
              <w:bottom w:w="110" w:type="dxa"/>
              <w:end w:w="130" w:type="dxa"/>
            </w:tcMar>
          </w:tcPr>
          <w:p>
            <w:pPr>
              <w:pStyle w:val="ELMPIntro"/>
              <w:jc w:val="left"/>
            </w:pPr>
            <w:r>
              <w:t>This worksheet helps young Esquires begin a personal portfolio - a collection of things that show what they are learning, what they are proud of, and how they are growing. Adults may read the questions aloud and help write answers. Drawing and circling are encouraged.</w:t>
            </w:r>
          </w:p>
        </w:tc>
      </w:tr>
    </w:tbl>
    <w:p>
      <w:pPr>
        <w:spacing w:after="6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ESQUIRE INFORMATION</w:t>
            </w:r>
          </w:p>
        </w:tc>
      </w:tr>
    </w:tbl>
    <w:tbl>
      <w:tblPr>
        <w:tblW w:type="auto" w:w="0"/>
        <w:jc w:val="center"/>
        <w:tblLayout w:type="fixed"/>
        <w:tblLook w:firstColumn="1" w:firstRow="1" w:lastColumn="0" w:lastRow="0" w:noHBand="0" w:noVBand="1" w:val="04A0"/>
      </w:tblPr>
      <w:tblGrid>
        <w:gridCol w:w="2613"/>
        <w:gridCol w:w="2613"/>
        <w:gridCol w:w="2613"/>
        <w:gridCol w:w="2613"/>
      </w:tblGrid>
      <w:tr>
        <w:tc>
          <w:tcPr>
            <w:tcW w:type="dxa" w:w="1800"/>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191919"/>
          </w:tcPr>
          <w:p>
            <w:pPr>
              <w:jc w:val="left"/>
            </w:pPr>
            <w:r>
              <w:rPr>
                <w:rFonts w:ascii="Arial" w:hAnsi="Arial"/>
                <w:b/>
                <w:color w:val="FFFFFF"/>
                <w:sz w:val="16"/>
              </w:rPr>
              <w:t>My Name</w:t>
            </w:r>
          </w:p>
        </w:tc>
        <w:tc>
          <w:tcPr>
            <w:tcW w:type="dxa" w:w="3355"/>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F4F5F7"/>
          </w:tcPr>
          <w:p>
            <w:r>
              <w:t xml:space="preserve"> </w:t>
            </w:r>
          </w:p>
        </w:tc>
        <w:tc>
          <w:tcPr>
            <w:tcW w:type="dxa" w:w="2016"/>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191919"/>
          </w:tcPr>
          <w:p>
            <w:pPr>
              <w:jc w:val="left"/>
            </w:pPr>
            <w:r>
              <w:rPr>
                <w:rFonts w:ascii="Arial" w:hAnsi="Arial"/>
                <w:b/>
                <w:color w:val="FFFFFF"/>
                <w:sz w:val="16"/>
              </w:rPr>
              <w:t>My Age</w:t>
            </w:r>
          </w:p>
        </w:tc>
        <w:tc>
          <w:tcPr>
            <w:tcW w:type="dxa" w:w="3168"/>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F4F5F7"/>
          </w:tcPr>
          <w:p>
            <w:r>
              <w:t xml:space="preserve"> </w:t>
            </w:r>
          </w:p>
        </w:tc>
      </w:tr>
      <w:tr>
        <w:tc>
          <w:tcPr>
            <w:tcW w:type="dxa" w:w="1800"/>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191919"/>
          </w:tcPr>
          <w:p>
            <w:pPr>
              <w:jc w:val="left"/>
            </w:pPr>
            <w:r>
              <w:rPr>
                <w:rFonts w:ascii="Arial" w:hAnsi="Arial"/>
                <w:b/>
                <w:color w:val="FFFFFF"/>
                <w:sz w:val="16"/>
              </w:rPr>
              <w:t>My Grade</w:t>
            </w:r>
          </w:p>
        </w:tc>
        <w:tc>
          <w:tcPr>
            <w:tcW w:type="dxa" w:w="3355"/>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F4F5F7"/>
          </w:tcPr>
          <w:p>
            <w:r>
              <w:t xml:space="preserve"> </w:t>
            </w:r>
          </w:p>
        </w:tc>
        <w:tc>
          <w:tcPr>
            <w:tcW w:type="dxa" w:w="2016"/>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191919"/>
          </w:tcPr>
          <w:p>
            <w:pPr>
              <w:jc w:val="left"/>
            </w:pPr>
            <w:r>
              <w:rPr>
                <w:rFonts w:ascii="Arial" w:hAnsi="Arial"/>
                <w:b/>
                <w:color w:val="FFFFFF"/>
                <w:sz w:val="16"/>
              </w:rPr>
              <w:t>My School</w:t>
            </w:r>
          </w:p>
        </w:tc>
        <w:tc>
          <w:tcPr>
            <w:tcW w:type="dxa" w:w="3168"/>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F4F5F7"/>
          </w:tcPr>
          <w:p>
            <w:r>
              <w:t xml:space="preserve"> </w:t>
            </w:r>
          </w:p>
        </w:tc>
      </w:tr>
      <w:tr>
        <w:tc>
          <w:tcPr>
            <w:tcW w:type="dxa" w:w="1800"/>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191919"/>
          </w:tcPr>
          <w:p>
            <w:pPr>
              <w:jc w:val="left"/>
            </w:pPr>
            <w:r>
              <w:rPr>
                <w:rFonts w:ascii="Arial" w:hAnsi="Arial"/>
                <w:b/>
                <w:color w:val="FFFFFF"/>
                <w:sz w:val="16"/>
              </w:rPr>
              <w:t>Date Completed</w:t>
            </w:r>
          </w:p>
        </w:tc>
        <w:tc>
          <w:tcPr>
            <w:tcW w:type="dxa" w:w="3355"/>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F4F5F7"/>
          </w:tcPr>
          <w:p>
            <w:r>
              <w:t xml:space="preserve"> </w:t>
            </w:r>
          </w:p>
        </w:tc>
        <w:tc>
          <w:tcPr>
            <w:tcW w:type="dxa" w:w="2016"/>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191919"/>
          </w:tcPr>
          <w:p>
            <w:pPr>
              <w:jc w:val="left"/>
            </w:pPr>
            <w:r>
              <w:rPr>
                <w:rFonts w:ascii="Arial" w:hAnsi="Arial"/>
                <w:b/>
                <w:color w:val="FFFFFF"/>
                <w:sz w:val="16"/>
              </w:rPr>
              <w:t>Mentor or Parent</w:t>
            </w:r>
          </w:p>
        </w:tc>
        <w:tc>
          <w:tcPr>
            <w:tcW w:type="dxa" w:w="3168"/>
            <w:tcMar>
              <w:top w:w="70" w:type="dxa"/>
              <w:start w:w="90" w:type="dxa"/>
              <w:bottom w:w="70" w:type="dxa"/>
              <w:end w:w="90" w:type="dxa"/>
            </w:tcMar>
            <w:vAlign w:val="center"/>
            <w:tcBorders>
              <w:top w:val="single" w:sz="6" w:color="C9CDD2"/>
              <w:left w:val="single" w:sz="6" w:color="C9CDD2"/>
              <w:bottom w:val="single" w:sz="6" w:color="C9CDD2"/>
              <w:right w:val="single" w:sz="6" w:color="C9CDD2"/>
            </w:tcBorders>
            <w:shd w:fill="F4F5F7"/>
          </w:tcPr>
          <w:p>
            <w:r>
              <w:t xml:space="preserve"> </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ABOUT ME</w:t>
            </w:r>
          </w:p>
        </w:tc>
      </w:tr>
    </w:tbl>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Choose words that describe you.</w:t>
            </w:r>
          </w:p>
        </w:tc>
      </w:tr>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tcPr>
          <w:p>
            <w:pPr>
              <w:spacing w:after="0"/>
            </w:pPr>
            <w:r>
              <w:rPr>
                <w:rFonts w:ascii="Arial" w:hAnsi="Arial"/>
                <w:color w:val="222222"/>
                <w:sz w:val="18"/>
              </w:rPr>
              <w:t>☐ Kind</w:t>
            </w:r>
            <w:r>
              <w:t xml:space="preserve">     </w:t>
            </w:r>
            <w:r>
              <w:rPr>
                <w:rFonts w:ascii="Arial" w:hAnsi="Arial"/>
                <w:color w:val="222222"/>
                <w:sz w:val="18"/>
              </w:rPr>
              <w:t>☐ Helpful</w:t>
            </w:r>
            <w:r>
              <w:t xml:space="preserve">     </w:t>
            </w:r>
            <w:r>
              <w:rPr>
                <w:rFonts w:ascii="Arial" w:hAnsi="Arial"/>
                <w:color w:val="222222"/>
                <w:sz w:val="18"/>
              </w:rPr>
              <w:t>☐ Brave</w:t>
            </w:r>
            <w:r>
              <w:t xml:space="preserve">     </w:t>
            </w:r>
            <w:r>
              <w:rPr>
                <w:rFonts w:ascii="Arial" w:hAnsi="Arial"/>
                <w:color w:val="222222"/>
                <w:sz w:val="18"/>
              </w:rPr>
              <w:t>☐ Creative</w:t>
            </w:r>
            <w:r>
              <w:t xml:space="preserve">     </w:t>
            </w:r>
            <w:r>
              <w:rPr>
                <w:rFonts w:ascii="Arial" w:hAnsi="Arial"/>
                <w:color w:val="222222"/>
                <w:sz w:val="18"/>
              </w:rPr>
              <w:t>☐ Smart</w:t>
            </w:r>
            <w:r>
              <w:t xml:space="preserve">     </w:t>
            </w:r>
            <w:r>
              <w:rPr>
                <w:rFonts w:ascii="Arial" w:hAnsi="Arial"/>
                <w:color w:val="222222"/>
                <w:sz w:val="18"/>
              </w:rPr>
              <w:t>☐ Friendly</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Other words that describe me:</w:t>
            </w:r>
          </w:p>
        </w:tc>
      </w:tr>
      <w:tr>
        <w:trPr>
          <w:trHeight w:val="649"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vAlign w:val="top"/>
          </w:tcPr>
          <w:p>
            <w:r>
              <w:t xml:space="preserve"> </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THINGS I AM LEARNING</w:t>
            </w:r>
          </w:p>
        </w:tc>
      </w:tr>
    </w:tbl>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Choose what you are learning right now.</w:t>
            </w:r>
          </w:p>
        </w:tc>
      </w:tr>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tcPr>
          <w:p>
            <w:pPr>
              <w:spacing w:after="0"/>
            </w:pPr>
            <w:r>
              <w:rPr>
                <w:rFonts w:ascii="Arial" w:hAnsi="Arial"/>
                <w:color w:val="222222"/>
                <w:sz w:val="18"/>
              </w:rPr>
              <w:t>☐ Reading</w:t>
            </w:r>
            <w:r>
              <w:t xml:space="preserve">     </w:t>
            </w:r>
            <w:r>
              <w:rPr>
                <w:rFonts w:ascii="Arial" w:hAnsi="Arial"/>
                <w:color w:val="222222"/>
                <w:sz w:val="18"/>
              </w:rPr>
              <w:t>☐ Writing</w:t>
            </w:r>
            <w:r>
              <w:t xml:space="preserve">     </w:t>
            </w:r>
            <w:r>
              <w:rPr>
                <w:rFonts w:ascii="Arial" w:hAnsi="Arial"/>
                <w:color w:val="222222"/>
                <w:sz w:val="18"/>
              </w:rPr>
              <w:t>☐ Math</w:t>
            </w:r>
            <w:r>
              <w:t xml:space="preserve">     </w:t>
            </w:r>
            <w:r>
              <w:rPr>
                <w:rFonts w:ascii="Arial" w:hAnsi="Arial"/>
                <w:color w:val="222222"/>
                <w:sz w:val="18"/>
              </w:rPr>
              <w:t>☐ Art</w:t>
            </w:r>
            <w:r>
              <w:t xml:space="preserve">     </w:t>
            </w:r>
            <w:r>
              <w:rPr>
                <w:rFonts w:ascii="Arial" w:hAnsi="Arial"/>
                <w:color w:val="222222"/>
                <w:sz w:val="18"/>
              </w:rPr>
              <w:t>☐ Music</w:t>
            </w:r>
            <w:r>
              <w:t xml:space="preserve">     </w:t>
            </w:r>
            <w:r>
              <w:rPr>
                <w:rFonts w:ascii="Arial" w:hAnsi="Arial"/>
                <w:color w:val="222222"/>
                <w:sz w:val="18"/>
              </w:rPr>
              <w:t>☐ Sports</w:t>
            </w:r>
            <w:r>
              <w:t xml:space="preserve">     </w:t>
            </w:r>
            <w:r>
              <w:rPr>
                <w:rFonts w:ascii="Arial" w:hAnsi="Arial"/>
                <w:color w:val="222222"/>
                <w:sz w:val="18"/>
              </w:rPr>
              <w:t>☐ Computers</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One thing I am learning:</w:t>
            </w:r>
          </w:p>
        </w:tc>
      </w:tr>
      <w:tr>
        <w:trPr>
          <w:trHeight w:val="732"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vAlign w:val="top"/>
          </w:tcPr>
          <w:p>
            <w:r>
              <w:t xml:space="preserve"> </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WORK I AM PROUD OF</w:t>
            </w:r>
          </w:p>
        </w:tc>
      </w:tr>
    </w:tbl>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Tell or draw something you did well at school, home, or ELMP.</w:t>
            </w:r>
          </w:p>
        </w:tc>
      </w:tr>
      <w:tr>
        <w:trPr>
          <w:trHeight w:val="2264"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FFFFF"/>
          </w:tcPr>
          <w:p>
            <w:pPr>
              <w:jc w:val="center"/>
            </w:pPr>
            <w:r>
              <w:rPr>
                <w:rFonts w:ascii="Arial" w:hAnsi="Arial"/>
                <w:i/>
                <w:color w:val="999999"/>
                <w:sz w:val="18"/>
              </w:rPr>
              <w:t>Draw or write here</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HOW I HELP OTHERS</w:t>
            </w:r>
          </w:p>
        </w:tc>
      </w:tr>
    </w:tbl>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Choose the ways you help.</w:t>
            </w:r>
          </w:p>
        </w:tc>
      </w:tr>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tcPr>
          <w:p>
            <w:pPr>
              <w:spacing w:after="0"/>
            </w:pPr>
            <w:r>
              <w:rPr>
                <w:rFonts w:ascii="Arial" w:hAnsi="Arial"/>
                <w:color w:val="222222"/>
                <w:sz w:val="18"/>
              </w:rPr>
              <w:t>☐ Clean up</w:t>
            </w:r>
            <w:r>
              <w:t xml:space="preserve">     </w:t>
            </w:r>
            <w:r>
              <w:rPr>
                <w:rFonts w:ascii="Arial" w:hAnsi="Arial"/>
                <w:color w:val="222222"/>
                <w:sz w:val="18"/>
              </w:rPr>
              <w:t>☐ Help at home</w:t>
            </w:r>
            <w:r>
              <w:t xml:space="preserve">     </w:t>
            </w:r>
            <w:r>
              <w:rPr>
                <w:rFonts w:ascii="Arial" w:hAnsi="Arial"/>
                <w:color w:val="222222"/>
                <w:sz w:val="18"/>
              </w:rPr>
              <w:t>☐ Help at school</w:t>
            </w:r>
            <w:r>
              <w:t xml:space="preserve">     </w:t>
            </w:r>
            <w:r>
              <w:rPr>
                <w:rFonts w:ascii="Arial" w:hAnsi="Arial"/>
                <w:color w:val="222222"/>
                <w:sz w:val="18"/>
              </w:rPr>
              <w:t>☐ Share with others</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One way I help:</w:t>
            </w:r>
          </w:p>
        </w:tc>
      </w:tr>
      <w:tr>
        <w:trPr>
          <w:trHeight w:val="685"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vAlign w:val="top"/>
          </w:tcPr>
          <w:p>
            <w:r>
              <w:t xml:space="preserve"> </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MY FAVORITE ACTIVITY</w:t>
            </w:r>
          </w:p>
        </w:tc>
      </w:tr>
    </w:tbl>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Choose an activity you enjoy.</w:t>
            </w:r>
          </w:p>
        </w:tc>
      </w:tr>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tcPr>
          <w:p>
            <w:pPr>
              <w:spacing w:after="0"/>
            </w:pPr>
            <w:r>
              <w:rPr>
                <w:rFonts w:ascii="Arial" w:hAnsi="Arial"/>
                <w:color w:val="222222"/>
                <w:sz w:val="18"/>
              </w:rPr>
              <w:t>☐ Sports</w:t>
            </w:r>
            <w:r>
              <w:t xml:space="preserve">     </w:t>
            </w:r>
            <w:r>
              <w:rPr>
                <w:rFonts w:ascii="Arial" w:hAnsi="Arial"/>
                <w:color w:val="222222"/>
                <w:sz w:val="18"/>
              </w:rPr>
              <w:t>☐ Art</w:t>
            </w:r>
            <w:r>
              <w:t xml:space="preserve">     </w:t>
            </w:r>
            <w:r>
              <w:rPr>
                <w:rFonts w:ascii="Arial" w:hAnsi="Arial"/>
                <w:color w:val="222222"/>
                <w:sz w:val="18"/>
              </w:rPr>
              <w:t>☐ Music</w:t>
            </w:r>
            <w:r>
              <w:t xml:space="preserve">     </w:t>
            </w:r>
            <w:r>
              <w:rPr>
                <w:rFonts w:ascii="Arial" w:hAnsi="Arial"/>
                <w:color w:val="222222"/>
                <w:sz w:val="18"/>
              </w:rPr>
              <w:t>☐ Building</w:t>
            </w:r>
            <w:r>
              <w:t xml:space="preserve">     </w:t>
            </w:r>
            <w:r>
              <w:rPr>
                <w:rFonts w:ascii="Arial" w:hAnsi="Arial"/>
                <w:color w:val="222222"/>
                <w:sz w:val="18"/>
              </w:rPr>
              <w:t>☐ Reading</w:t>
            </w:r>
            <w:r>
              <w:t xml:space="preserve">     </w:t>
            </w:r>
            <w:r>
              <w:rPr>
                <w:rFonts w:ascii="Arial" w:hAnsi="Arial"/>
                <w:color w:val="222222"/>
                <w:sz w:val="18"/>
              </w:rPr>
              <w:t>☐ Games</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My favorite activity is:</w:t>
            </w:r>
          </w:p>
        </w:tc>
      </w:tr>
      <w:tr>
        <w:trPr>
          <w:trHeight w:val="685"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vAlign w:val="top"/>
          </w:tcPr>
          <w:p>
            <w:r>
              <w:t xml:space="preserve"> </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MY GOAL</w:t>
            </w:r>
          </w:p>
        </w:tc>
      </w:tr>
    </w:tbl>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One thing I want to get better at:</w:t>
            </w:r>
          </w:p>
        </w:tc>
      </w:tr>
      <w:tr>
        <w:trPr>
          <w:trHeight w:val="850"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vAlign w:val="top"/>
          </w:tcPr>
          <w:p>
            <w:r>
              <w:t xml:space="preserve"> </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REFLECTION TIME</w:t>
            </w:r>
          </w:p>
        </w:tc>
      </w:tr>
    </w:tbl>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How do you feel about your work today?</w:t>
            </w:r>
          </w:p>
        </w:tc>
      </w:tr>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tcPr>
          <w:p>
            <w:pPr>
              <w:spacing w:after="0"/>
            </w:pPr>
            <w:r>
              <w:rPr>
                <w:rFonts w:ascii="Arial" w:hAnsi="Arial"/>
                <w:color w:val="222222"/>
                <w:sz w:val="18"/>
              </w:rPr>
              <w:t>☐ Happy</w:t>
            </w:r>
            <w:r>
              <w:t xml:space="preserve">     </w:t>
            </w:r>
            <w:r>
              <w:rPr>
                <w:rFonts w:ascii="Arial" w:hAnsi="Arial"/>
                <w:color w:val="222222"/>
                <w:sz w:val="18"/>
              </w:rPr>
              <w:t>☐ Proud</w:t>
            </w:r>
            <w:r>
              <w:t xml:space="preserve">     </w:t>
            </w:r>
            <w:r>
              <w:rPr>
                <w:rFonts w:ascii="Arial" w:hAnsi="Arial"/>
                <w:color w:val="222222"/>
                <w:sz w:val="18"/>
              </w:rPr>
              <w:t>☐ Okay</w:t>
            </w:r>
            <w:r>
              <w:t xml:space="preserve">     </w:t>
            </w:r>
            <w:r>
              <w:rPr>
                <w:rFonts w:ascii="Arial" w:hAnsi="Arial"/>
                <w:color w:val="222222"/>
                <w:sz w:val="18"/>
              </w:rPr>
              <w:t>☐ Still thinking</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191919"/>
            <w:tcBorders>
              <w:top w:val="single" w:sz="1" w:color="191919"/>
              <w:left w:val="single" w:sz="1" w:color="191919"/>
              <w:bottom w:val="single" w:sz="14" w:color="C9A227"/>
              <w:right w:val="single" w:sz="1" w:color="191919"/>
            </w:tcBorders>
            <w:tcMar>
              <w:top w:w="75" w:type="dxa"/>
              <w:start w:w="110" w:type="dxa"/>
              <w:bottom w:w="75" w:type="dxa"/>
              <w:end w:w="110" w:type="dxa"/>
            </w:tcMar>
          </w:tcPr>
          <w:p>
            <w:pPr>
              <w:pStyle w:val="ELMPSection"/>
              <w:keepNext/>
            </w:pPr>
            <w:r>
              <w:t>MENTOR OR PARENT NOTES</w:t>
            </w:r>
          </w:p>
        </w:tc>
      </w:tr>
    </w:tbl>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Strengths noticed:</w:t>
            </w:r>
          </w:p>
        </w:tc>
      </w:tr>
      <w:tr>
        <w:trPr>
          <w:trHeight w:val="968"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vAlign w:val="top"/>
          </w:tcPr>
          <w:p>
            <w:r>
              <w:t xml:space="preserve"> </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Area to encourage:</w:t>
            </w:r>
          </w:p>
        </w:tc>
      </w:tr>
      <w:tr>
        <w:trPr>
          <w:trHeight w:val="968"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vAlign w:val="top"/>
          </w:tcPr>
          <w:p>
            <w:r>
              <w:t xml:space="preserve"> </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5EFD9"/>
          </w:tcPr>
          <w:p>
            <w:pPr>
              <w:pStyle w:val="ELMPPrompt"/>
            </w:pPr>
            <w:r>
              <w:t>A portfolio item to save or add next:</w:t>
            </w:r>
          </w:p>
        </w:tc>
      </w:tr>
      <w:tr>
        <w:trPr>
          <w:trHeight w:val="850" w:hRule="atLeast"/>
        </w:trPr>
        <w:tc>
          <w:tcPr>
            <w:tcW w:type="dxa" w:w="10454"/>
            <w:tcBorders>
              <w:top w:val="single" w:sz="6" w:color="C9CDD2"/>
              <w:left w:val="single" w:sz="6" w:color="C9CDD2"/>
              <w:bottom w:val="single" w:sz="6" w:color="C9CDD2"/>
              <w:right w:val="single" w:sz="6" w:color="C9CDD2"/>
            </w:tcBorders>
            <w:tcMar>
              <w:top w:w="70" w:type="dxa"/>
              <w:start w:w="100" w:type="dxa"/>
              <w:bottom w:w="70" w:type="dxa"/>
              <w:end w:w="100" w:type="dxa"/>
            </w:tcMar>
            <w:shd w:fill="F4F5F7"/>
            <w:vAlign w:val="top"/>
          </w:tcPr>
          <w:p>
            <w:r>
              <w:t xml:space="preserve"> </w:t>
            </w:r>
          </w:p>
        </w:tc>
      </w:tr>
    </w:tbl>
    <w:p>
      <w:pPr>
        <w:spacing w:after="40"/>
      </w:pPr>
    </w:p>
    <w:tbl>
      <w:tblPr>
        <w:tblW w:type="auto" w:w="0"/>
        <w:jc w:val="center"/>
        <w:tblLayout w:type="fixed"/>
        <w:tblLook w:firstColumn="1" w:firstRow="1" w:lastColumn="0" w:lastRow="0" w:noHBand="0" w:noVBand="1" w:val="04A0"/>
      </w:tblPr>
      <w:tblGrid>
        <w:gridCol w:w="5170"/>
        <w:gridCol w:w="5170"/>
      </w:tblGrid>
      <w:tr>
        <w:trPr>
          <w:trHeight w:val="518" w:hRule="atLeast"/>
        </w:trPr>
        <w:tc>
          <w:tcPr>
            <w:tcW w:type="dxa" w:w="5227"/>
            <w:shd w:fill="F4F5F7"/>
            <w:tcBorders>
              <w:top w:val="nil"/>
              <w:left w:val="nil"/>
              <w:bottom w:val="single" w:sz="8" w:color="191919"/>
              <w:right w:val="nil"/>
            </w:tcBorders>
          </w:tcPr>
          <w:p>
            <w:r>
              <w:t xml:space="preserve"> </w:t>
            </w:r>
          </w:p>
        </w:tc>
        <w:tc>
          <w:tcPr>
            <w:tcW w:type="dxa" w:w="5227"/>
            <w:shd w:fill="F4F5F7"/>
            <w:tcBorders>
              <w:top w:val="nil"/>
              <w:left w:val="nil"/>
              <w:bottom w:val="single" w:sz="8" w:color="191919"/>
              <w:right w:val="nil"/>
            </w:tcBorders>
          </w:tcPr>
          <w:p>
            <w:r>
              <w:t xml:space="preserve"> </w:t>
            </w:r>
          </w:p>
        </w:tc>
      </w:tr>
      <w:tr>
        <w:tc>
          <w:tcPr>
            <w:tcW w:type="dxa" w:w="5227"/>
            <w:tcBorders>
              <w:top w:val="nil"/>
              <w:left w:val="nil"/>
              <w:bottom w:val="nil"/>
              <w:right w:val="nil"/>
            </w:tcBorders>
          </w:tcPr>
          <w:p>
            <w:pPr>
              <w:jc w:val="center"/>
            </w:pPr>
            <w:r>
              <w:rPr>
                <w:rFonts w:ascii="Arial" w:hAnsi="Arial"/>
                <w:color w:val="666666"/>
                <w:sz w:val="16"/>
              </w:rPr>
              <w:t>Mentor or Parent Signature</w:t>
            </w:r>
          </w:p>
        </w:tc>
        <w:tc>
          <w:tcPr>
            <w:tcW w:type="dxa" w:w="5227"/>
            <w:tcBorders>
              <w:top w:val="nil"/>
              <w:left w:val="nil"/>
              <w:bottom w:val="nil"/>
              <w:right w:val="nil"/>
            </w:tcBorders>
          </w:tcPr>
          <w:p>
            <w:pPr>
              <w:jc w:val="center"/>
            </w:pPr>
            <w:r>
              <w:rPr>
                <w:rFonts w:ascii="Arial" w:hAnsi="Arial"/>
                <w:color w:val="666666"/>
                <w:sz w:val="16"/>
              </w:rPr>
              <w:t>Date</w:t>
            </w:r>
          </w:p>
        </w:tc>
      </w:tr>
    </w:tbl>
    <w:p>
      <w:pPr>
        <w:spacing w:after="40"/>
      </w:pPr>
    </w:p>
    <w:tbl>
      <w:tblPr>
        <w:tblW w:type="auto" w:w="0"/>
        <w:jc w:val="center"/>
        <w:tblLayout w:type="fixed"/>
        <w:tblLook w:firstColumn="1" w:firstRow="1" w:lastColumn="0" w:lastRow="0" w:noHBand="0" w:noVBand="1" w:val="04A0"/>
      </w:tblPr>
      <w:tblGrid>
        <w:gridCol w:w="10339"/>
      </w:tblGrid>
      <w:tr>
        <w:tc>
          <w:tcPr>
            <w:tcW w:type="dxa" w:w="10454"/>
            <w:shd w:fill="F5EFD9"/>
            <w:tcBorders>
              <w:top w:val="single" w:sz="6" w:color="C9A227"/>
              <w:left w:val="single" w:sz="6" w:color="C9A227"/>
              <w:bottom w:val="single" w:sz="6" w:color="C9A227"/>
              <w:right w:val="single" w:sz="6" w:color="C9A227"/>
            </w:tcBorders>
            <w:tcMar>
              <w:top w:w="75" w:type="dxa"/>
              <w:start w:w="100" w:type="dxa"/>
              <w:bottom w:w="75" w:type="dxa"/>
              <w:end w:w="100" w:type="dxa"/>
            </w:tcMar>
          </w:tcPr>
          <w:p>
            <w:pPr>
              <w:jc w:val="center"/>
            </w:pPr>
            <w:r>
              <w:rPr>
                <w:rFonts w:ascii="Arial" w:hAnsi="Arial"/>
                <w:i/>
                <w:color w:val="666666"/>
                <w:sz w:val="15"/>
              </w:rPr>
              <w:t>This worksheet supports the Junior Esquires pathway and helps young boys begin building confidence, reflection, and pride in their learning.</w:t>
            </w:r>
          </w:p>
        </w:tc>
      </w:tr>
    </w:tbl>
    <w:sectPr w:rsidR="00FC693F" w:rsidRPr="0006063C" w:rsidSect="00034616">
      <w:headerReference w:type="default" r:id="rId9"/>
      <w:footerReference w:type="default" r:id="rId10"/>
      <w:pgSz w:w="12240" w:h="15840"/>
      <w:pgMar w:top="792" w:right="893" w:bottom="720"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5"/>
      </w:rPr>
      <w:t xml:space="preserve">My First Portfolio Worksheet   |   Page </w:t>
    </w:r>
    <w:r>
      <w:fldChar w:fldCharType="begin"/>
      <w:instrText xml:space="preserve">PAGE</w:instrText>
      <w:fldChar w:fldCharType="end"/>
    </w:r>
    <w:r>
      <w:rPr>
        <w:rFonts w:ascii="Arial" w:hAnsi="Arial"/>
        <w:color w:val="666666"/>
        <w:sz w:val="15"/>
      </w:rPr>
      <w:t xml:space="preserve"> of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7776"/>
      <w:gridCol w:w="2678"/>
    </w:tblGrid>
    <w:tr>
      <w:tc>
        <w:tcPr>
          <w:tcW w:type="dxa" w:w="5227"/>
          <w:tcBorders>
            <w:top w:val="nil"/>
            <w:left w:val="nil"/>
            <w:bottom w:val="nil"/>
            <w:right w:val="nil"/>
          </w:tcBorders>
        </w:tcPr>
        <w:p>
          <w:pPr>
            <w:jc w:val="left"/>
          </w:pPr>
          <w:r>
            <w:rPr>
              <w:rFonts w:ascii="Arial" w:hAnsi="Arial"/>
              <w:b/>
              <w:color w:val="191919"/>
              <w:sz w:val="17"/>
            </w:rPr>
            <w:t>ESQUIRE LEADERSHIP &amp; MENTORING PROGRAM</w:t>
          </w:r>
        </w:p>
      </w:tc>
      <w:tc>
        <w:tcPr>
          <w:tcW w:type="dxa" w:w="5227"/>
          <w:tcBorders>
            <w:top w:val="nil"/>
            <w:left w:val="nil"/>
            <w:bottom w:val="nil"/>
            <w:right w:val="nil"/>
          </w:tcBorders>
        </w:tcPr>
        <w:p>
          <w:pPr>
            <w:jc w:val="right"/>
          </w:pPr>
          <w:r>
            <w:rPr>
              <w:rFonts w:ascii="Arial" w:hAnsi="Arial"/>
              <w:b/>
              <w:color w:val="9A7A10"/>
              <w:sz w:val="17"/>
            </w:rPr>
            <w:t>a2esquires.org</w:t>
          </w:r>
        </w:p>
      </w:tc>
    </w:tr>
  </w:tbl>
  <w:p>
    <w:pPr>
      <w:spacing w:before="0" w:after="40"/>
      <w:pBdr>
        <w:bottom w:val="single" w:sz="18" w:space="1" w:color="C9A227"/>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Arial" w:hAnsi="Arial" w:eastAsia="Arial"/>
      <w:color w:val="22222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LMPTitle">
    <w:name w:val="ELMP Title"/>
    <w:pPr>
      <w:keepLines/>
      <w:spacing w:after="0"/>
    </w:pPr>
    <w:rPr>
      <w:rFonts w:ascii="Arial" w:hAnsi="Arial" w:eastAsia="Arial"/>
      <w:b/>
      <w:color w:val="191919"/>
      <w:sz w:val="36"/>
    </w:rPr>
  </w:style>
  <w:style w:type="paragraph" w:customStyle="1" w:styleId="ELMPAge">
    <w:name w:val="ELMP Age"/>
    <w:pPr>
      <w:keepLines/>
      <w:spacing w:after="0"/>
    </w:pPr>
    <w:rPr>
      <w:rFonts w:ascii="Arial" w:hAnsi="Arial" w:eastAsia="Arial"/>
      <w:b/>
      <w:color w:val="9A7A10"/>
      <w:sz w:val="21"/>
    </w:rPr>
  </w:style>
  <w:style w:type="paragraph" w:customStyle="1" w:styleId="ELMPIntro">
    <w:name w:val="ELMP Intro"/>
    <w:pPr>
      <w:keepLines/>
      <w:spacing w:after="0"/>
    </w:pPr>
    <w:rPr>
      <w:rFonts w:ascii="Arial" w:hAnsi="Arial" w:eastAsia="Arial"/>
      <w:b w:val="0"/>
      <w:color w:val="222222"/>
      <w:sz w:val="18"/>
    </w:rPr>
  </w:style>
  <w:style w:type="paragraph" w:customStyle="1" w:styleId="ELMPSection">
    <w:name w:val="ELMP Section"/>
    <w:pPr>
      <w:keepLines/>
      <w:spacing w:after="0"/>
    </w:pPr>
    <w:rPr>
      <w:rFonts w:ascii="Arial" w:hAnsi="Arial" w:eastAsia="Arial"/>
      <w:b/>
      <w:color w:val="FFFFFF"/>
      <w:sz w:val="21"/>
    </w:rPr>
  </w:style>
  <w:style w:type="paragraph" w:customStyle="1" w:styleId="ELMPPrompt">
    <w:name w:val="ELMP Prompt"/>
    <w:pPr>
      <w:keepLines/>
      <w:spacing w:after="0"/>
    </w:pPr>
    <w:rPr>
      <w:rFonts w:ascii="Arial" w:hAnsi="Arial" w:eastAsia="Arial"/>
      <w:b/>
      <w:color w:val="222222"/>
      <w:sz w:val="19"/>
    </w:rPr>
  </w:style>
  <w:style w:type="paragraph" w:customStyle="1" w:styleId="ELMPSmall">
    <w:name w:val="ELMP Small"/>
    <w:pPr>
      <w:keepLines/>
      <w:spacing w:after="0"/>
    </w:pPr>
    <w:rPr>
      <w:rFonts w:ascii="Arial" w:hAnsi="Arial" w:eastAsia="Arial"/>
      <w:b w:val="0"/>
      <w:color w:val="66666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First Portfolio Worksheet</dc:title>
  <dc:subject>ELMP professional worksheet</dc:subject>
  <dc:creator>TZL Community &amp; Education Initiative</dc:creator>
  <cp:keywords>ELMP, Esquire, worksheet, mentoring, leadership</cp:keywords>
  <dc:description>generated by python-docx</dc:description>
  <cp:lastModifiedBy/>
  <cp:revision>1</cp:revision>
  <dcterms:created xsi:type="dcterms:W3CDTF">2013-12-23T23:15:00Z</dcterms:created>
  <dcterms:modified xsi:type="dcterms:W3CDTF">2013-12-23T23:15:00Z</dcterms:modified>
  <cp:category/>
</cp:coreProperties>
</file>