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MENTOR INTERVIEW</w:t>
      </w:r>
    </w:p>
    <w:p>
      <w:pPr>
        <w:pStyle w:val="ELMPTitle"/>
        <w:spacing w:after="20"/>
        <w:jc w:val="center"/>
      </w:pPr>
      <w:r>
        <w:t>Junior Esquire Interview Worksheet</w:t>
      </w:r>
    </w:p>
    <w:p>
      <w:pPr>
        <w:pStyle w:val="ELMPAge"/>
        <w:spacing w:after="140"/>
        <w:jc w:val="center"/>
      </w:pPr>
      <w:r>
        <w:t>Ages 9-11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supports one-on-one mentor interviews with Junior Esquires. Questions encourage reflection, confidence, and goal awareness. Esquires may answer verbally while mentors write, or complete the worksheet independently.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Junior 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GETTING TO KNOW YOU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Write three words that describe you.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you enjoy doing after school?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you are really good at?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SCHOOL AND LEARNING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your favorite subject in school, and why?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subject feels the hardest right now?</w:t>
            </w:r>
          </w:p>
        </w:tc>
      </w:tr>
      <w:tr>
        <w:trPr>
          <w:trHeight w:val="66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helps you do your best at school?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RESPONSIBILITY AND BEHAVIOR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show responsibility at school or at home?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you do when you make a mistake or get in trouble?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FRIENDS AND COMMUNICATION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makes someone a good friend?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handle disagreements with friends?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CHARACTER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being a leader mean to you?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Tell me about a time you helped someone.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GOALS AND GROWTH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goal I want to work on this year: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new skill I want to learn or improve: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can my mentor help me this year?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are you most proud of about yourself?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NOTES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observed: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area of support: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rHeight w:val="518" w:hRule="atLeast"/>
        </w:trPr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Junior Esquire Interview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Esquire Interview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