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RESUME DEVELOPMENT</w:t>
      </w:r>
    </w:p>
    <w:p>
      <w:pPr>
        <w:pStyle w:val="ELMPTitle"/>
        <w:spacing w:after="20"/>
        <w:jc w:val="center"/>
      </w:pPr>
      <w:r>
        <w:t>Alpha Esquire Resume Worksheet</w:t>
      </w:r>
    </w:p>
    <w:p>
      <w:pPr>
        <w:pStyle w:val="ELMPAge"/>
        <w:spacing w:after="140"/>
        <w:jc w:val="center"/>
      </w:pPr>
      <w:r>
        <w:t>Ages 12-14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helps Esquires begin building a structured resume by identifying skills, responsibilities, activities, and goals. Complete it thoughtfully with mentor guidance.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Esquire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Age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ABOUT ME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Write three words that describe you.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449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strength I am proud of:</w:t>
            </w:r>
          </w:p>
        </w:tc>
      </w:tr>
      <w:tr>
        <w:trPr>
          <w:trHeight w:val="77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ACADEMIC SKILLS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List subjects or academic skills you are developing or doing well in. Examples: math, reading, writing, science, technology, and study skills.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RESPONSIBILITIES AND LEADERSHIP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List ways you show responsibility or leadership at school, home, or in ELMP.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ACTIVITIES AND INVOLVEMENT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List clubs, sports, programs, service activities, or organizations you participate in.</w:t>
            </w:r>
          </w:p>
        </w:tc>
      </w:tr>
      <w:tr>
        <w:trPr>
          <w:trHeight w:val="113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SKILLS AND INTERESTS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9691"/>
      </w:tblGrid>
      <w:tr>
        <w:tc>
          <w:tcPr>
            <w:tcW w:type="dxa" w:w="10454"/>
            <w:gridSpan w:val="2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5EFD9"/>
          </w:tcPr>
          <w:p>
            <w:pPr>
              <w:pStyle w:val="ELMPPrompt"/>
            </w:pPr>
            <w:r>
              <w:t>List skills, talents, or interests that describe you. Examples: communication, teamwork, art, athletics, music, and technology.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1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2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  <w:tr>
        <w:trPr>
          <w:trHeight w:val="520" w:hRule="atLeast"/>
        </w:trPr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191919"/>
          </w:tcPr>
          <w:p>
            <w:pPr>
              <w:jc w:val="center"/>
            </w:pPr>
            <w:r>
              <w:rPr>
                <w:rFonts w:ascii="Arial" w:hAnsi="Arial"/>
                <w:b/>
                <w:color w:val="C9A227"/>
                <w:sz w:val="18"/>
              </w:rPr>
              <w:t>3</w:t>
            </w:r>
          </w:p>
        </w:tc>
        <w:tc>
          <w:tcPr>
            <w:tcW w:type="dxa" w:w="5227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85" w:type="dxa"/>
              <w:bottom w:w="65" w:type="dxa"/>
              <w:end w:w="85" w:type="dxa"/>
            </w:tcMar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GOALS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academic goal I am working toward:</w:t>
            </w:r>
          </w:p>
        </w:tc>
      </w:tr>
      <w:tr>
        <w:trPr>
          <w:trHeight w:val="77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personal or leadership goal:</w:t>
            </w:r>
          </w:p>
        </w:tc>
      </w:tr>
      <w:tr>
        <w:trPr>
          <w:trHeight w:val="77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skill I want to improve or learn:</w:t>
            </w:r>
          </w:p>
        </w:tc>
      </w:tr>
      <w:tr>
        <w:trPr>
          <w:trHeight w:val="77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COMMUNITY AND CHARACTER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show respect and good character?</w:t>
            </w:r>
          </w:p>
        </w:tc>
      </w:tr>
      <w:tr>
        <w:trPr>
          <w:trHeight w:val="94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contribute positively to your school or community?</w:t>
            </w:r>
          </w:p>
        </w:tc>
      </w:tr>
      <w:tr>
        <w:trPr>
          <w:trHeight w:val="101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RESUME PLANNING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experience, activity, or accomplishment would you like to add next?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action will you take to make that happen?</w:t>
            </w:r>
          </w:p>
        </w:tc>
      </w:tr>
      <w:tr>
        <w:trPr>
          <w:trHeight w:val="89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MENTOR REVIEW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Strongest resume content identified: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Recommended next step: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6"/>
        <w:gridCol w:w="3446"/>
        <w:gridCol w:w="3446"/>
      </w:tblGrid>
      <w:tr>
        <w:trPr>
          <w:trHeight w:val="518" w:hRule="atLeast"/>
        </w:trPr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Esquire Signature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Signature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Aligned with the ELMP Success Goals: Academic Performance; Attendance &amp; Participation; Leadership &amp; Conduct; College &amp; Career Readiness; and Personal Growth &amp; Reflection.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Alpha Esquire Resume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Alpha Esquire Resume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