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ACADEMIC &amp; LEADERSHIP PORTFOLIO</w:t>
      </w:r>
    </w:p>
    <w:p>
      <w:pPr>
        <w:pStyle w:val="ELMPTitle"/>
        <w:spacing w:after="20"/>
        <w:jc w:val="center"/>
      </w:pPr>
      <w:r>
        <w:t>Alpha Esquire Portfolio Worksheet</w:t>
      </w:r>
    </w:p>
    <w:p>
      <w:pPr>
        <w:pStyle w:val="ELMPAge"/>
        <w:spacing w:after="140"/>
        <w:jc w:val="center"/>
      </w:pPr>
      <w:r>
        <w:t>Ages 12-14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helps Esquires build an academic and leadership portfolio. A portfolio is a collection of work, experiences, and reflections that show growth over time. Complete each section thoughtfully with mentor guidance.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PERSONAL SNAPSHOT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Write three words that describe you right now.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strength I am proud of: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ACADEMIC GROWTH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Subjects I am currently doing well in:</w:t>
            </w:r>
          </w:p>
        </w:tc>
      </w:tr>
      <w:tr>
        <w:trPr>
          <w:trHeight w:val="7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Subjects I am working to improve:</w:t>
            </w:r>
          </w:p>
        </w:tc>
      </w:tr>
      <w:tr>
        <w:trPr>
          <w:trHeight w:val="7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An assignment, project, or presentation I am proud of: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SKILLS AND ABILITIES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List skills you have developed through school, ELMP, or activities. Examples: communication, teamwork, leadership, technology, and organization.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RESPONSIBILITY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A leadership role or responsibility I have taken on:</w:t>
            </w:r>
          </w:p>
        </w:tc>
      </w:tr>
      <w:tr>
        <w:trPr>
          <w:trHeight w:val="87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A time I showed responsibility, maturity, or good character: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ACTIVITIES AND INVOLVEMENT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clubs, sports, programs, service projects, or organizations you participate in.</w:t>
            </w:r>
          </w:p>
        </w:tc>
      </w:tr>
      <w:tr>
        <w:trPr>
          <w:trHeight w:val="99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COMMUNITY SERVICE AND CITIZENSHIP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Describe how you have helped others or served your community.</w:t>
            </w:r>
          </w:p>
        </w:tc>
      </w:tr>
      <w:tr>
        <w:trPr>
          <w:trHeight w:val="99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GOALS AND REFLECTION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academic goal I am working toward: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leadership or personal growth goal:</w:t>
            </w:r>
          </w:p>
        </w:tc>
      </w:tr>
      <w:tr>
        <w:trPr>
          <w:trHeight w:val="803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skill I want to improve or learn:</w:t>
            </w:r>
          </w:p>
        </w:tc>
      </w:tr>
      <w:tr>
        <w:trPr>
          <w:trHeight w:val="75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PORTFOLIO REFLECTION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does this portfolio say about who you are and who you are becoming?</w:t>
            </w:r>
          </w:p>
        </w:tc>
      </w:tr>
      <w:tr>
        <w:trPr>
          <w:trHeight w:val="1086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NOTES - ADULT USE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Strengths observed: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Areas for growth: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Recommended Success Goal focus: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Academic Performance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Attendance &amp; Participation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Leadership &amp; Conduct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College &amp; Career Readiness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Personal Growth &amp; Reflection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70"/>
        <w:gridCol w:w="5170"/>
      </w:tblGrid>
      <w:tr>
        <w:trPr>
          <w:trHeight w:val="518" w:hRule="atLeast"/>
        </w:trPr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Signature</w:t>
            </w:r>
          </w:p>
        </w:tc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Alpha Esquire Portfolio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 Esquire Portfolio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